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8A9" w:rsidRPr="00CE688C" w:rsidRDefault="00CE688C" w:rsidP="00CE688C">
      <w:pPr>
        <w:bidi/>
        <w:spacing w:after="60"/>
        <w:jc w:val="center"/>
        <w:rPr>
          <w:sz w:val="24"/>
          <w:szCs w:val="28"/>
        </w:rPr>
      </w:pPr>
      <w:r>
        <w:rPr>
          <w:rFonts w:cs="Arial"/>
          <w:b/>
          <w:bCs/>
          <w:sz w:val="34"/>
          <w:szCs w:val="34"/>
          <w:rtl/>
        </w:rPr>
        <w:br/>
      </w:r>
      <w:r>
        <w:rPr>
          <w:rFonts w:cs="Arial"/>
          <w:b/>
          <w:bCs/>
          <w:sz w:val="34"/>
          <w:szCs w:val="34"/>
          <w:rtl/>
        </w:rPr>
        <w:br/>
      </w:r>
      <w:r w:rsidR="00EB702B" w:rsidRPr="00CE688C">
        <w:rPr>
          <w:rFonts w:cs="Arial"/>
          <w:b/>
          <w:bCs/>
          <w:sz w:val="40"/>
          <w:szCs w:val="40"/>
          <w:rtl/>
        </w:rPr>
        <w:t>استمارة</w:t>
      </w:r>
      <w:r w:rsidR="00EB702B" w:rsidRPr="00CE688C">
        <w:rPr>
          <w:b/>
          <w:sz w:val="40"/>
          <w:szCs w:val="28"/>
        </w:rPr>
        <w:t xml:space="preserve"> </w:t>
      </w:r>
      <w:r w:rsidR="00EB702B" w:rsidRPr="00CE688C">
        <w:rPr>
          <w:rFonts w:cs="Arial"/>
          <w:b/>
          <w:bCs/>
          <w:sz w:val="40"/>
          <w:szCs w:val="40"/>
          <w:rtl/>
        </w:rPr>
        <w:t>تقديم</w:t>
      </w:r>
      <w:r w:rsidR="00EB702B" w:rsidRPr="00CE688C">
        <w:rPr>
          <w:b/>
          <w:sz w:val="40"/>
          <w:szCs w:val="28"/>
        </w:rPr>
        <w:t xml:space="preserve"> </w:t>
      </w:r>
      <w:r w:rsidR="00EB702B" w:rsidRPr="00CE688C">
        <w:rPr>
          <w:rFonts w:cs="Arial"/>
          <w:b/>
          <w:bCs/>
          <w:sz w:val="40"/>
          <w:szCs w:val="40"/>
          <w:rtl/>
        </w:rPr>
        <w:t>عرض</w:t>
      </w:r>
      <w:r w:rsidR="00EB702B" w:rsidRPr="00CE688C">
        <w:rPr>
          <w:b/>
          <w:sz w:val="40"/>
          <w:szCs w:val="28"/>
        </w:rPr>
        <w:t xml:space="preserve"> </w:t>
      </w:r>
      <w:r w:rsidR="00EB702B" w:rsidRPr="00CE688C">
        <w:rPr>
          <w:rFonts w:cs="Arial"/>
          <w:b/>
          <w:bCs/>
          <w:sz w:val="40"/>
          <w:szCs w:val="40"/>
          <w:rtl/>
        </w:rPr>
        <w:t>استثماري</w:t>
      </w:r>
    </w:p>
    <w:p w:rsidR="003348A9" w:rsidRPr="00CE688C" w:rsidRDefault="00EB702B" w:rsidP="00CE688C">
      <w:pPr>
        <w:bidi/>
        <w:spacing w:after="100" w:line="240" w:lineRule="auto"/>
        <w:rPr>
          <w:sz w:val="24"/>
          <w:szCs w:val="28"/>
        </w:rPr>
      </w:pPr>
      <w:r w:rsidRPr="00CE688C">
        <w:rPr>
          <w:rFonts w:cs="Arial"/>
          <w:sz w:val="22"/>
          <w:rtl/>
        </w:rPr>
        <w:t>تُستخدم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هذه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الاستمارة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لتقديم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العروض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الاستثمارية،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ويُرجى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استكمال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جميع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البيانات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وإرفاق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المستندات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المطلوبة</w:t>
      </w:r>
      <w:r w:rsidRPr="00CE688C">
        <w:rPr>
          <w:sz w:val="22"/>
          <w:szCs w:val="28"/>
        </w:rPr>
        <w:t xml:space="preserve">. </w:t>
      </w:r>
      <w:r w:rsidRPr="00CE688C">
        <w:rPr>
          <w:rFonts w:cs="Arial"/>
          <w:sz w:val="22"/>
          <w:rtl/>
        </w:rPr>
        <w:t>ستخضع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العروض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للدراسة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والمفاضلة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وفق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البيانات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والمرفقات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المقدمة،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ومدى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جدوى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المشروع،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والقدرة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على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التنفيذ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والوفاء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بالالتزامات</w:t>
      </w:r>
      <w:r w:rsidRPr="00CE688C">
        <w:rPr>
          <w:sz w:val="22"/>
          <w:szCs w:val="28"/>
        </w:rPr>
        <w:t xml:space="preserve">. </w:t>
      </w:r>
      <w:r w:rsidRPr="00CE688C">
        <w:rPr>
          <w:rFonts w:cs="Arial"/>
          <w:sz w:val="22"/>
          <w:rtl/>
        </w:rPr>
        <w:t>ولا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يُعد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تقديم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العرض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قبولاً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أو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التزاماً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بإسناد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الاستثمار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إلى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مقدم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العرض</w:t>
      </w:r>
      <w:r w:rsidRPr="00CE688C">
        <w:rPr>
          <w:sz w:val="22"/>
          <w:szCs w:val="28"/>
        </w:rPr>
        <w:t>.</w:t>
      </w:r>
    </w:p>
    <w:p w:rsidR="003348A9" w:rsidRPr="00CE688C" w:rsidRDefault="00EB702B" w:rsidP="00CE688C">
      <w:pPr>
        <w:bidi/>
        <w:spacing w:before="80" w:after="60"/>
        <w:rPr>
          <w:sz w:val="24"/>
          <w:szCs w:val="28"/>
        </w:rPr>
      </w:pPr>
      <w:r w:rsidRPr="00CE688C">
        <w:rPr>
          <w:rFonts w:cs="Arial"/>
          <w:b/>
          <w:bCs/>
          <w:sz w:val="32"/>
          <w:szCs w:val="32"/>
          <w:rtl/>
        </w:rPr>
        <w:t>أولاً</w:t>
      </w:r>
      <w:r w:rsidRPr="00CE688C">
        <w:rPr>
          <w:b/>
          <w:sz w:val="32"/>
          <w:szCs w:val="28"/>
        </w:rPr>
        <w:t xml:space="preserve">: </w:t>
      </w:r>
      <w:r w:rsidRPr="00CE688C">
        <w:rPr>
          <w:rFonts w:cs="Arial"/>
          <w:b/>
          <w:bCs/>
          <w:sz w:val="32"/>
          <w:szCs w:val="32"/>
          <w:rtl/>
        </w:rPr>
        <w:t>بيانات</w:t>
      </w:r>
      <w:r w:rsidRPr="00CE688C">
        <w:rPr>
          <w:b/>
          <w:sz w:val="32"/>
          <w:szCs w:val="28"/>
        </w:rPr>
        <w:t xml:space="preserve"> </w:t>
      </w:r>
      <w:r w:rsidRPr="00CE688C">
        <w:rPr>
          <w:rFonts w:cs="Arial"/>
          <w:b/>
          <w:bCs/>
          <w:sz w:val="32"/>
          <w:szCs w:val="32"/>
          <w:rtl/>
        </w:rPr>
        <w:t>المستثمر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اسم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المستثمر</w:t>
            </w:r>
            <w:r w:rsidRPr="00CE688C">
              <w:rPr>
                <w:b/>
                <w:sz w:val="24"/>
                <w:szCs w:val="28"/>
              </w:rPr>
              <w:t xml:space="preserve"> /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المؤسسة</w:t>
            </w:r>
            <w:r w:rsidRPr="00CE688C">
              <w:rPr>
                <w:b/>
                <w:sz w:val="24"/>
                <w:szCs w:val="28"/>
              </w:rPr>
              <w:t xml:space="preserve"> /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الشركة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</w:p>
        </w:tc>
      </w:tr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اسم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ممثل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الشركة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</w:p>
        </w:tc>
      </w:tr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رقم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الهاتف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</w:p>
        </w:tc>
      </w:tr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البر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يد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الإلكتروني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</w:p>
        </w:tc>
      </w:tr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رقم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السجل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التجاري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</w:p>
        </w:tc>
      </w:tr>
    </w:tbl>
    <w:p w:rsidR="003348A9" w:rsidRPr="00CE688C" w:rsidRDefault="00EB702B" w:rsidP="00CE688C">
      <w:pPr>
        <w:bidi/>
        <w:spacing w:before="80" w:after="60"/>
        <w:rPr>
          <w:sz w:val="24"/>
          <w:szCs w:val="28"/>
        </w:rPr>
      </w:pPr>
      <w:r w:rsidRPr="00CE688C">
        <w:rPr>
          <w:rFonts w:cs="Arial"/>
          <w:b/>
          <w:bCs/>
          <w:sz w:val="32"/>
          <w:szCs w:val="32"/>
          <w:rtl/>
        </w:rPr>
        <w:t>ثانياً</w:t>
      </w:r>
      <w:r w:rsidRPr="00CE688C">
        <w:rPr>
          <w:b/>
          <w:sz w:val="32"/>
          <w:szCs w:val="28"/>
        </w:rPr>
        <w:t xml:space="preserve">: </w:t>
      </w:r>
      <w:r w:rsidRPr="00CE688C">
        <w:rPr>
          <w:rFonts w:cs="Arial"/>
          <w:b/>
          <w:bCs/>
          <w:sz w:val="32"/>
          <w:szCs w:val="32"/>
          <w:rtl/>
        </w:rPr>
        <w:t>تفاصيل</w:t>
      </w:r>
      <w:r w:rsidRPr="00CE688C">
        <w:rPr>
          <w:b/>
          <w:sz w:val="32"/>
          <w:szCs w:val="28"/>
        </w:rPr>
        <w:t xml:space="preserve"> </w:t>
      </w:r>
      <w:r w:rsidRPr="00CE688C">
        <w:rPr>
          <w:rFonts w:cs="Arial"/>
          <w:b/>
          <w:bCs/>
          <w:sz w:val="32"/>
          <w:szCs w:val="32"/>
          <w:rtl/>
        </w:rPr>
        <w:t>العرض</w:t>
      </w:r>
      <w:r w:rsidRPr="00CE688C">
        <w:rPr>
          <w:b/>
          <w:sz w:val="32"/>
          <w:szCs w:val="28"/>
        </w:rPr>
        <w:t xml:space="preserve"> </w:t>
      </w:r>
      <w:r w:rsidRPr="00CE688C">
        <w:rPr>
          <w:rFonts w:cs="Arial"/>
          <w:b/>
          <w:bCs/>
          <w:sz w:val="32"/>
          <w:szCs w:val="32"/>
          <w:rtl/>
        </w:rPr>
        <w:t>الاستثماري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قيمة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الإيجار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الشهري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المقترحة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</w:p>
        </w:tc>
      </w:tr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قيمة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الدفعة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المقدمة</w:t>
            </w:r>
            <w:r w:rsidRPr="00CE688C">
              <w:rPr>
                <w:b/>
                <w:sz w:val="24"/>
                <w:szCs w:val="28"/>
              </w:rPr>
              <w:t xml:space="preserve"> –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اختياري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</w:p>
        </w:tc>
      </w:tr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مدة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الانتفاع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المقترحة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</w:p>
        </w:tc>
      </w:tr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فترة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السماح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المطلوبة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</w:p>
        </w:tc>
      </w:tr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مبررات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فترة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السماح</w:t>
            </w:r>
            <w:r w:rsidRPr="00CE688C">
              <w:rPr>
                <w:b/>
                <w:sz w:val="24"/>
                <w:szCs w:val="28"/>
              </w:rPr>
              <w:t xml:space="preserve"> –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إن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وجدت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</w:p>
        </w:tc>
      </w:tr>
    </w:tbl>
    <w:p w:rsidR="003348A9" w:rsidRPr="00CE688C" w:rsidRDefault="00EB702B" w:rsidP="00CE688C">
      <w:pPr>
        <w:bidi/>
        <w:spacing w:before="80" w:after="60"/>
        <w:rPr>
          <w:sz w:val="24"/>
          <w:szCs w:val="28"/>
        </w:rPr>
      </w:pPr>
      <w:r w:rsidRPr="00CE688C">
        <w:rPr>
          <w:rFonts w:cs="Arial"/>
          <w:b/>
          <w:bCs/>
          <w:sz w:val="32"/>
          <w:szCs w:val="32"/>
          <w:rtl/>
        </w:rPr>
        <w:t>المرفقات</w:t>
      </w:r>
      <w:r w:rsidRPr="00CE688C">
        <w:rPr>
          <w:b/>
          <w:sz w:val="32"/>
          <w:szCs w:val="28"/>
        </w:rPr>
        <w:t xml:space="preserve"> </w:t>
      </w:r>
      <w:r w:rsidRPr="00CE688C">
        <w:rPr>
          <w:rFonts w:cs="Arial"/>
          <w:b/>
          <w:bCs/>
          <w:sz w:val="32"/>
          <w:szCs w:val="32"/>
          <w:rtl/>
        </w:rPr>
        <w:t>المطلوبة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7"/>
        <w:gridCol w:w="3607"/>
        <w:gridCol w:w="3607"/>
      </w:tblGrid>
      <w:tr w:rsidR="003348A9" w:rsidRPr="00CE688C" w:rsidTr="00CE688C">
        <w:trPr>
          <w:jc w:val="center"/>
        </w:trPr>
        <w:tc>
          <w:tcPr>
            <w:tcW w:w="3607" w:type="dxa"/>
            <w:shd w:val="clear" w:color="auto" w:fill="D9E2F3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2"/>
                <w:rtl/>
              </w:rPr>
              <w:t>المرفق</w:t>
            </w:r>
          </w:p>
        </w:tc>
        <w:tc>
          <w:tcPr>
            <w:tcW w:w="3607" w:type="dxa"/>
            <w:shd w:val="clear" w:color="auto" w:fill="D9E2F3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2"/>
                <w:rtl/>
              </w:rPr>
              <w:t>الوصف</w:t>
            </w:r>
          </w:p>
        </w:tc>
        <w:tc>
          <w:tcPr>
            <w:tcW w:w="3607" w:type="dxa"/>
            <w:shd w:val="clear" w:color="auto" w:fill="D9E2F3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2"/>
                <w:rtl/>
              </w:rPr>
              <w:t>الحالة</w:t>
            </w:r>
          </w:p>
        </w:tc>
      </w:tr>
      <w:tr w:rsidR="003348A9" w:rsidRPr="00CE688C" w:rsidTr="00CE688C">
        <w:trPr>
          <w:jc w:val="center"/>
        </w:trPr>
        <w:tc>
          <w:tcPr>
            <w:tcW w:w="360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Cs w:val="20"/>
                <w:rtl/>
              </w:rPr>
              <w:t>تصور</w:t>
            </w:r>
            <w:r w:rsidRPr="00CE688C">
              <w:rPr>
                <w:b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Cs w:val="20"/>
                <w:rtl/>
              </w:rPr>
              <w:t>المشروع</w:t>
            </w:r>
            <w:r w:rsidRPr="00CE688C">
              <w:rPr>
                <w:b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Cs w:val="20"/>
                <w:rtl/>
              </w:rPr>
              <w:t>المقترح</w:t>
            </w:r>
          </w:p>
        </w:tc>
        <w:tc>
          <w:tcPr>
            <w:tcW w:w="360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szCs w:val="20"/>
                <w:rtl/>
              </w:rPr>
              <w:t>يرجى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إرفاق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تصور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واضح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يتضمن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طبيعة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النشاط،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وفكرة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المشروع،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وأعمال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التطوير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أو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التجهيز،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وآلية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التشغيل،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والمدة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المتوقعة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للتنفيذ</w:t>
            </w:r>
            <w:r w:rsidRPr="00CE688C">
              <w:rPr>
                <w:szCs w:val="28"/>
              </w:rPr>
              <w:t>.</w:t>
            </w:r>
          </w:p>
        </w:tc>
        <w:tc>
          <w:tcPr>
            <w:tcW w:w="360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szCs w:val="20"/>
                <w:rtl/>
              </w:rPr>
              <w:t>إلزامي</w:t>
            </w:r>
          </w:p>
        </w:tc>
      </w:tr>
      <w:tr w:rsidR="003348A9" w:rsidRPr="00CE688C" w:rsidTr="00CE688C">
        <w:trPr>
          <w:jc w:val="center"/>
        </w:trPr>
        <w:tc>
          <w:tcPr>
            <w:tcW w:w="360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Cs w:val="20"/>
                <w:rtl/>
              </w:rPr>
              <w:t>السجل</w:t>
            </w:r>
            <w:r w:rsidRPr="00CE688C">
              <w:rPr>
                <w:b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Cs w:val="20"/>
                <w:rtl/>
              </w:rPr>
              <w:t>التجاري</w:t>
            </w:r>
          </w:p>
        </w:tc>
        <w:tc>
          <w:tcPr>
            <w:tcW w:w="360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szCs w:val="20"/>
                <w:rtl/>
              </w:rPr>
              <w:t>نسخة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سارية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من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السجل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التجاري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للمؤسسة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أو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الشركة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مقدمة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العرض</w:t>
            </w:r>
            <w:r w:rsidRPr="00CE688C">
              <w:rPr>
                <w:szCs w:val="28"/>
              </w:rPr>
              <w:t>.</w:t>
            </w:r>
          </w:p>
        </w:tc>
        <w:tc>
          <w:tcPr>
            <w:tcW w:w="360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szCs w:val="20"/>
                <w:rtl/>
              </w:rPr>
              <w:t>إلزامي</w:t>
            </w:r>
          </w:p>
        </w:tc>
      </w:tr>
      <w:tr w:rsidR="003348A9" w:rsidRPr="00CE688C" w:rsidTr="00CE688C">
        <w:trPr>
          <w:jc w:val="center"/>
        </w:trPr>
        <w:tc>
          <w:tcPr>
            <w:tcW w:w="360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Cs w:val="20"/>
                <w:rtl/>
              </w:rPr>
              <w:t>الملاءة</w:t>
            </w:r>
            <w:r w:rsidRPr="00CE688C">
              <w:rPr>
                <w:b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Cs w:val="20"/>
                <w:rtl/>
              </w:rPr>
              <w:t>المالية</w:t>
            </w:r>
            <w:r w:rsidRPr="00CE688C">
              <w:rPr>
                <w:b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Cs w:val="20"/>
                <w:rtl/>
              </w:rPr>
              <w:t>والقدرة</w:t>
            </w:r>
            <w:r w:rsidRPr="00CE688C">
              <w:rPr>
                <w:b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Cs w:val="20"/>
                <w:rtl/>
              </w:rPr>
              <w:t>على</w:t>
            </w:r>
            <w:r w:rsidRPr="00CE688C">
              <w:rPr>
                <w:b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Cs w:val="20"/>
                <w:rtl/>
              </w:rPr>
              <w:t>التنفيذ</w:t>
            </w:r>
          </w:p>
        </w:tc>
        <w:tc>
          <w:tcPr>
            <w:tcW w:w="360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szCs w:val="20"/>
                <w:rtl/>
              </w:rPr>
              <w:t>ما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يثبت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القدرة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المالية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والتنفيذية،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مثل</w:t>
            </w:r>
            <w:r w:rsidR="00CE688C" w:rsidRPr="00CE688C">
              <w:rPr>
                <w:rFonts w:cs="Arial" w:hint="cs"/>
                <w:szCs w:val="20"/>
                <w:rtl/>
              </w:rPr>
              <w:t xml:space="preserve"> مستند ملاءه الرسمي و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</w:t>
            </w:r>
            <w:r w:rsidRPr="00CE688C">
              <w:rPr>
                <w:rFonts w:cs="Arial"/>
                <w:szCs w:val="20"/>
                <w:rtl/>
              </w:rPr>
              <w:t>لقوائم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المالية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أو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الخطابات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البنكية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أو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إثباتات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التمويل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أو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مستندات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داعمة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أخرى</w:t>
            </w:r>
            <w:r w:rsidRPr="00CE688C">
              <w:rPr>
                <w:szCs w:val="28"/>
              </w:rPr>
              <w:t>.</w:t>
            </w:r>
          </w:p>
        </w:tc>
        <w:tc>
          <w:tcPr>
            <w:tcW w:w="360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szCs w:val="20"/>
                <w:rtl/>
              </w:rPr>
              <w:t>إلزامي</w:t>
            </w:r>
          </w:p>
        </w:tc>
      </w:tr>
      <w:tr w:rsidR="003348A9" w:rsidRPr="00CE688C" w:rsidTr="00CE688C">
        <w:trPr>
          <w:jc w:val="center"/>
        </w:trPr>
        <w:tc>
          <w:tcPr>
            <w:tcW w:w="360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Cs w:val="20"/>
                <w:rtl/>
              </w:rPr>
              <w:t>الخبرات</w:t>
            </w:r>
            <w:r w:rsidRPr="00CE688C">
              <w:rPr>
                <w:b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Cs w:val="20"/>
                <w:rtl/>
              </w:rPr>
              <w:t>السابقة</w:t>
            </w:r>
            <w:r w:rsidRPr="00CE688C">
              <w:rPr>
                <w:b/>
                <w:szCs w:val="28"/>
              </w:rPr>
              <w:t xml:space="preserve"> – </w:t>
            </w:r>
            <w:r w:rsidRPr="00CE688C">
              <w:rPr>
                <w:rFonts w:cs="Arial"/>
                <w:b/>
                <w:bCs/>
                <w:szCs w:val="20"/>
                <w:rtl/>
              </w:rPr>
              <w:t>إن</w:t>
            </w:r>
            <w:r w:rsidRPr="00CE688C">
              <w:rPr>
                <w:b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Cs w:val="20"/>
                <w:rtl/>
              </w:rPr>
              <w:t>وجدت</w:t>
            </w:r>
          </w:p>
        </w:tc>
        <w:tc>
          <w:tcPr>
            <w:tcW w:w="360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szCs w:val="20"/>
                <w:rtl/>
              </w:rPr>
              <w:t>إرفاق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ملف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أو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مستندات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توضح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أبرز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الخبرات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والمشاريع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أو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الاستثمارات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السابقة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ذات</w:t>
            </w:r>
            <w:r w:rsidRPr="00CE688C">
              <w:rPr>
                <w:szCs w:val="28"/>
              </w:rPr>
              <w:t xml:space="preserve"> </w:t>
            </w:r>
            <w:r w:rsidRPr="00CE688C">
              <w:rPr>
                <w:rFonts w:cs="Arial"/>
                <w:szCs w:val="20"/>
                <w:rtl/>
              </w:rPr>
              <w:t>العلاقة</w:t>
            </w:r>
            <w:r w:rsidRPr="00CE688C">
              <w:rPr>
                <w:szCs w:val="28"/>
              </w:rPr>
              <w:t>.</w:t>
            </w:r>
          </w:p>
        </w:tc>
        <w:tc>
          <w:tcPr>
            <w:tcW w:w="360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szCs w:val="20"/>
                <w:rtl/>
              </w:rPr>
              <w:t>اختياري</w:t>
            </w:r>
          </w:p>
        </w:tc>
      </w:tr>
    </w:tbl>
    <w:p w:rsidR="003348A9" w:rsidRPr="00CE688C" w:rsidRDefault="003348A9" w:rsidP="00CE688C">
      <w:pPr>
        <w:pageBreakBefore/>
        <w:bidi/>
        <w:rPr>
          <w:sz w:val="24"/>
          <w:szCs w:val="28"/>
        </w:rPr>
      </w:pPr>
    </w:p>
    <w:p w:rsidR="003348A9" w:rsidRPr="00CE688C" w:rsidRDefault="00EB702B" w:rsidP="00CE688C">
      <w:pPr>
        <w:bidi/>
        <w:spacing w:before="80" w:after="60"/>
        <w:rPr>
          <w:sz w:val="24"/>
          <w:szCs w:val="28"/>
        </w:rPr>
      </w:pPr>
      <w:r w:rsidRPr="00CE688C">
        <w:rPr>
          <w:rFonts w:cs="Arial"/>
          <w:b/>
          <w:bCs/>
          <w:sz w:val="32"/>
          <w:szCs w:val="32"/>
          <w:rtl/>
        </w:rPr>
        <w:t>معايير</w:t>
      </w:r>
      <w:r w:rsidRPr="00CE688C">
        <w:rPr>
          <w:b/>
          <w:sz w:val="32"/>
          <w:szCs w:val="28"/>
        </w:rPr>
        <w:t xml:space="preserve"> </w:t>
      </w:r>
      <w:r w:rsidRPr="00CE688C">
        <w:rPr>
          <w:rFonts w:cs="Arial"/>
          <w:b/>
          <w:bCs/>
          <w:sz w:val="32"/>
          <w:szCs w:val="32"/>
          <w:rtl/>
        </w:rPr>
        <w:t>المفاضلة</w:t>
      </w:r>
      <w:r w:rsidRPr="00CE688C">
        <w:rPr>
          <w:b/>
          <w:sz w:val="32"/>
          <w:szCs w:val="28"/>
        </w:rPr>
        <w:t xml:space="preserve"> </w:t>
      </w:r>
      <w:r w:rsidRPr="00CE688C">
        <w:rPr>
          <w:rFonts w:cs="Arial"/>
          <w:b/>
          <w:bCs/>
          <w:sz w:val="32"/>
          <w:szCs w:val="32"/>
          <w:rtl/>
        </w:rPr>
        <w:t>بين</w:t>
      </w:r>
      <w:r w:rsidRPr="00CE688C">
        <w:rPr>
          <w:b/>
          <w:sz w:val="32"/>
          <w:szCs w:val="28"/>
        </w:rPr>
        <w:t xml:space="preserve"> </w:t>
      </w:r>
      <w:r w:rsidRPr="00CE688C">
        <w:rPr>
          <w:rFonts w:cs="Arial"/>
          <w:b/>
          <w:bCs/>
          <w:sz w:val="32"/>
          <w:szCs w:val="32"/>
          <w:rtl/>
        </w:rPr>
        <w:t>العروض</w:t>
      </w:r>
    </w:p>
    <w:p w:rsidR="003348A9" w:rsidRPr="00CE688C" w:rsidRDefault="00EB702B" w:rsidP="00CE688C">
      <w:pPr>
        <w:bidi/>
        <w:spacing w:after="40"/>
        <w:ind w:right="142"/>
        <w:rPr>
          <w:sz w:val="24"/>
          <w:szCs w:val="28"/>
        </w:rPr>
      </w:pPr>
      <w:r w:rsidRPr="00CE688C">
        <w:rPr>
          <w:sz w:val="24"/>
          <w:szCs w:val="28"/>
        </w:rPr>
        <w:t xml:space="preserve">• </w:t>
      </w:r>
      <w:r w:rsidRPr="00CE688C">
        <w:rPr>
          <w:rFonts w:cs="Arial"/>
          <w:sz w:val="24"/>
          <w:szCs w:val="24"/>
          <w:rtl/>
        </w:rPr>
        <w:t>قيمة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الإيجار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الشهري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المقترحة</w:t>
      </w:r>
      <w:r w:rsidRPr="00CE688C">
        <w:rPr>
          <w:sz w:val="24"/>
          <w:szCs w:val="28"/>
        </w:rPr>
        <w:t>.</w:t>
      </w:r>
    </w:p>
    <w:p w:rsidR="003348A9" w:rsidRPr="00CE688C" w:rsidRDefault="00EB702B" w:rsidP="00CE688C">
      <w:pPr>
        <w:bidi/>
        <w:spacing w:after="40"/>
        <w:ind w:right="142"/>
        <w:rPr>
          <w:sz w:val="24"/>
          <w:szCs w:val="28"/>
        </w:rPr>
      </w:pPr>
      <w:r w:rsidRPr="00CE688C">
        <w:rPr>
          <w:sz w:val="24"/>
          <w:szCs w:val="28"/>
        </w:rPr>
        <w:t xml:space="preserve">• </w:t>
      </w:r>
      <w:r w:rsidRPr="00CE688C">
        <w:rPr>
          <w:rFonts w:cs="Arial"/>
          <w:sz w:val="24"/>
          <w:szCs w:val="24"/>
          <w:rtl/>
        </w:rPr>
        <w:t>قيمة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الدفعة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المقدمة</w:t>
      </w:r>
      <w:r w:rsidRPr="00CE688C">
        <w:rPr>
          <w:sz w:val="24"/>
          <w:szCs w:val="28"/>
        </w:rPr>
        <w:t xml:space="preserve"> – </w:t>
      </w:r>
      <w:r w:rsidRPr="00CE688C">
        <w:rPr>
          <w:rFonts w:cs="Arial"/>
          <w:sz w:val="24"/>
          <w:szCs w:val="24"/>
          <w:rtl/>
        </w:rPr>
        <w:t>إن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وجدت</w:t>
      </w:r>
      <w:r w:rsidRPr="00CE688C">
        <w:rPr>
          <w:sz w:val="24"/>
          <w:szCs w:val="28"/>
        </w:rPr>
        <w:t>.</w:t>
      </w:r>
    </w:p>
    <w:p w:rsidR="003348A9" w:rsidRPr="00CE688C" w:rsidRDefault="00EB702B" w:rsidP="00CE688C">
      <w:pPr>
        <w:bidi/>
        <w:spacing w:after="40"/>
        <w:ind w:right="142"/>
        <w:rPr>
          <w:sz w:val="24"/>
          <w:szCs w:val="28"/>
        </w:rPr>
      </w:pPr>
      <w:r w:rsidRPr="00CE688C">
        <w:rPr>
          <w:sz w:val="24"/>
          <w:szCs w:val="28"/>
        </w:rPr>
        <w:t xml:space="preserve">• </w:t>
      </w:r>
      <w:r w:rsidRPr="00CE688C">
        <w:rPr>
          <w:rFonts w:cs="Arial"/>
          <w:sz w:val="24"/>
          <w:szCs w:val="24"/>
          <w:rtl/>
        </w:rPr>
        <w:t>مدة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الانتفاع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المطلوبة</w:t>
      </w:r>
      <w:r w:rsidRPr="00CE688C">
        <w:rPr>
          <w:sz w:val="24"/>
          <w:szCs w:val="28"/>
        </w:rPr>
        <w:t>.</w:t>
      </w:r>
    </w:p>
    <w:p w:rsidR="003348A9" w:rsidRPr="00CE688C" w:rsidRDefault="00EB702B" w:rsidP="00CE688C">
      <w:pPr>
        <w:bidi/>
        <w:spacing w:after="40"/>
        <w:ind w:right="142"/>
        <w:rPr>
          <w:sz w:val="24"/>
          <w:szCs w:val="28"/>
        </w:rPr>
      </w:pPr>
      <w:r w:rsidRPr="00CE688C">
        <w:rPr>
          <w:sz w:val="24"/>
          <w:szCs w:val="28"/>
        </w:rPr>
        <w:t xml:space="preserve">• </w:t>
      </w:r>
      <w:r w:rsidRPr="00CE688C">
        <w:rPr>
          <w:rFonts w:cs="Arial"/>
          <w:sz w:val="24"/>
          <w:szCs w:val="24"/>
          <w:rtl/>
        </w:rPr>
        <w:t>فترة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السماح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المطلوبة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ومدى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مناسبتها</w:t>
      </w:r>
      <w:r w:rsidRPr="00CE688C">
        <w:rPr>
          <w:sz w:val="24"/>
          <w:szCs w:val="28"/>
        </w:rPr>
        <w:t>.</w:t>
      </w:r>
    </w:p>
    <w:p w:rsidR="003348A9" w:rsidRPr="00CE688C" w:rsidRDefault="00EB702B" w:rsidP="00CE688C">
      <w:pPr>
        <w:bidi/>
        <w:spacing w:after="40"/>
        <w:ind w:right="142"/>
        <w:rPr>
          <w:sz w:val="24"/>
          <w:szCs w:val="28"/>
        </w:rPr>
      </w:pPr>
      <w:r w:rsidRPr="00CE688C">
        <w:rPr>
          <w:sz w:val="24"/>
          <w:szCs w:val="28"/>
        </w:rPr>
        <w:t xml:space="preserve">• </w:t>
      </w:r>
      <w:r w:rsidRPr="00CE688C">
        <w:rPr>
          <w:rFonts w:cs="Arial"/>
          <w:sz w:val="24"/>
          <w:szCs w:val="24"/>
          <w:rtl/>
        </w:rPr>
        <w:t>جودة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وجدوى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تصور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المشروع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المقترح</w:t>
      </w:r>
      <w:r w:rsidRPr="00CE688C">
        <w:rPr>
          <w:sz w:val="24"/>
          <w:szCs w:val="28"/>
        </w:rPr>
        <w:t>.</w:t>
      </w:r>
    </w:p>
    <w:p w:rsidR="003348A9" w:rsidRPr="00CE688C" w:rsidRDefault="00EB702B" w:rsidP="00CE688C">
      <w:pPr>
        <w:bidi/>
        <w:spacing w:after="40"/>
        <w:ind w:right="142"/>
        <w:rPr>
          <w:sz w:val="24"/>
          <w:szCs w:val="28"/>
        </w:rPr>
      </w:pPr>
      <w:r w:rsidRPr="00CE688C">
        <w:rPr>
          <w:sz w:val="24"/>
          <w:szCs w:val="28"/>
        </w:rPr>
        <w:t xml:space="preserve">• </w:t>
      </w:r>
      <w:r w:rsidRPr="00CE688C">
        <w:rPr>
          <w:rFonts w:cs="Arial"/>
          <w:sz w:val="24"/>
          <w:szCs w:val="24"/>
          <w:rtl/>
        </w:rPr>
        <w:t>الملاءة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المالية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والقدرة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على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تنفيذ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المشروع</w:t>
      </w:r>
      <w:r w:rsidRPr="00CE688C">
        <w:rPr>
          <w:sz w:val="24"/>
          <w:szCs w:val="28"/>
        </w:rPr>
        <w:t>.</w:t>
      </w:r>
    </w:p>
    <w:p w:rsidR="003348A9" w:rsidRPr="00CE688C" w:rsidRDefault="00EB702B" w:rsidP="00CE688C">
      <w:pPr>
        <w:bidi/>
        <w:spacing w:after="40"/>
        <w:ind w:right="142"/>
        <w:rPr>
          <w:sz w:val="24"/>
          <w:szCs w:val="28"/>
        </w:rPr>
      </w:pPr>
      <w:r w:rsidRPr="00CE688C">
        <w:rPr>
          <w:sz w:val="24"/>
          <w:szCs w:val="28"/>
        </w:rPr>
        <w:t xml:space="preserve">• </w:t>
      </w:r>
      <w:r w:rsidRPr="00CE688C">
        <w:rPr>
          <w:rFonts w:cs="Arial"/>
          <w:sz w:val="24"/>
          <w:szCs w:val="24"/>
          <w:rtl/>
        </w:rPr>
        <w:t>اكتمال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وصحة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السجل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التجاري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والمستندات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المطلوبة</w:t>
      </w:r>
      <w:r w:rsidRPr="00CE688C">
        <w:rPr>
          <w:sz w:val="24"/>
          <w:szCs w:val="28"/>
        </w:rPr>
        <w:t>.</w:t>
      </w:r>
    </w:p>
    <w:p w:rsidR="003348A9" w:rsidRPr="00CE688C" w:rsidRDefault="00EB702B" w:rsidP="00CE688C">
      <w:pPr>
        <w:bidi/>
        <w:spacing w:after="40"/>
        <w:ind w:right="142"/>
        <w:rPr>
          <w:sz w:val="24"/>
          <w:szCs w:val="28"/>
        </w:rPr>
      </w:pPr>
      <w:r w:rsidRPr="00CE688C">
        <w:rPr>
          <w:sz w:val="24"/>
          <w:szCs w:val="28"/>
        </w:rPr>
        <w:t xml:space="preserve">• </w:t>
      </w:r>
      <w:r w:rsidRPr="00CE688C">
        <w:rPr>
          <w:rFonts w:cs="Arial"/>
          <w:sz w:val="24"/>
          <w:szCs w:val="24"/>
          <w:rtl/>
        </w:rPr>
        <w:t>الخبرات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والمشاريع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</w:t>
      </w:r>
      <w:r w:rsidRPr="00CE688C">
        <w:rPr>
          <w:rFonts w:cs="Arial"/>
          <w:sz w:val="24"/>
          <w:szCs w:val="24"/>
          <w:rtl/>
        </w:rPr>
        <w:t>لسابقة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ذات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العلاقة</w:t>
      </w:r>
      <w:r w:rsidRPr="00CE688C">
        <w:rPr>
          <w:sz w:val="24"/>
          <w:szCs w:val="28"/>
        </w:rPr>
        <w:t xml:space="preserve"> – </w:t>
      </w:r>
      <w:r w:rsidRPr="00CE688C">
        <w:rPr>
          <w:rFonts w:cs="Arial"/>
          <w:sz w:val="24"/>
          <w:szCs w:val="24"/>
          <w:rtl/>
        </w:rPr>
        <w:t>إن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وجدت</w:t>
      </w:r>
      <w:r w:rsidRPr="00CE688C">
        <w:rPr>
          <w:sz w:val="24"/>
          <w:szCs w:val="28"/>
        </w:rPr>
        <w:t>.</w:t>
      </w:r>
    </w:p>
    <w:p w:rsidR="003348A9" w:rsidRPr="00CE688C" w:rsidRDefault="00EB702B" w:rsidP="00CE688C">
      <w:pPr>
        <w:bidi/>
        <w:spacing w:after="40"/>
        <w:ind w:right="142"/>
        <w:rPr>
          <w:sz w:val="24"/>
          <w:szCs w:val="28"/>
        </w:rPr>
      </w:pPr>
      <w:r w:rsidRPr="00CE688C">
        <w:rPr>
          <w:sz w:val="24"/>
          <w:szCs w:val="28"/>
        </w:rPr>
        <w:t xml:space="preserve">• </w:t>
      </w:r>
      <w:r w:rsidRPr="00CE688C">
        <w:rPr>
          <w:rFonts w:cs="Arial"/>
          <w:sz w:val="24"/>
          <w:szCs w:val="24"/>
          <w:rtl/>
        </w:rPr>
        <w:t>مدى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ملاءمة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العرض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وتحقيقه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لأفضل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قيمة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استثمارية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واستدامة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للمشروع</w:t>
      </w:r>
      <w:r w:rsidRPr="00CE688C">
        <w:rPr>
          <w:sz w:val="24"/>
          <w:szCs w:val="28"/>
        </w:rPr>
        <w:t>.</w:t>
      </w:r>
    </w:p>
    <w:p w:rsidR="003348A9" w:rsidRPr="00CE688C" w:rsidRDefault="00EB702B" w:rsidP="00CE688C">
      <w:pPr>
        <w:bidi/>
        <w:spacing w:after="60" w:line="240" w:lineRule="auto"/>
        <w:rPr>
          <w:sz w:val="24"/>
          <w:szCs w:val="28"/>
        </w:rPr>
      </w:pPr>
      <w:r w:rsidRPr="00CE688C">
        <w:rPr>
          <w:rFonts w:cs="Arial"/>
          <w:b/>
          <w:bCs/>
          <w:sz w:val="22"/>
          <w:rtl/>
        </w:rPr>
        <w:t>ويحتفظ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صاحب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الفرصة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الاستثمارية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بحق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المفاضلة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بين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العروض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واختيار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العرض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الأنسب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وفقاً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للجدوى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الاستثمارية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والقدرة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على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التنفيذ،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وليس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بالضرورة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العرض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الأعلى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من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حيث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القي</w:t>
      </w:r>
      <w:r w:rsidRPr="00CE688C">
        <w:rPr>
          <w:rFonts w:cs="Arial"/>
          <w:b/>
          <w:bCs/>
          <w:sz w:val="22"/>
          <w:rtl/>
        </w:rPr>
        <w:t>مة</w:t>
      </w:r>
      <w:r w:rsidRPr="00CE688C">
        <w:rPr>
          <w:b/>
          <w:sz w:val="22"/>
          <w:szCs w:val="28"/>
        </w:rPr>
        <w:t xml:space="preserve"> </w:t>
      </w:r>
      <w:r w:rsidRPr="00CE688C">
        <w:rPr>
          <w:rFonts w:cs="Arial"/>
          <w:b/>
          <w:bCs/>
          <w:sz w:val="22"/>
          <w:rtl/>
        </w:rPr>
        <w:t>الإيجارية</w:t>
      </w:r>
      <w:r w:rsidRPr="00CE688C">
        <w:rPr>
          <w:b/>
          <w:sz w:val="22"/>
          <w:szCs w:val="28"/>
        </w:rPr>
        <w:t>.</w:t>
      </w:r>
    </w:p>
    <w:p w:rsidR="003348A9" w:rsidRPr="00CE688C" w:rsidRDefault="00EB702B" w:rsidP="00CE688C">
      <w:pPr>
        <w:bidi/>
        <w:spacing w:before="80" w:after="60"/>
        <w:rPr>
          <w:sz w:val="24"/>
          <w:szCs w:val="28"/>
        </w:rPr>
      </w:pPr>
      <w:r w:rsidRPr="00CE688C">
        <w:rPr>
          <w:rFonts w:cs="Arial"/>
          <w:b/>
          <w:bCs/>
          <w:sz w:val="32"/>
          <w:szCs w:val="32"/>
          <w:rtl/>
        </w:rPr>
        <w:t>إقرار</w:t>
      </w:r>
      <w:r w:rsidRPr="00CE688C">
        <w:rPr>
          <w:b/>
          <w:sz w:val="32"/>
          <w:szCs w:val="28"/>
        </w:rPr>
        <w:t xml:space="preserve"> </w:t>
      </w:r>
      <w:r w:rsidRPr="00CE688C">
        <w:rPr>
          <w:rFonts w:cs="Arial"/>
          <w:b/>
          <w:bCs/>
          <w:sz w:val="32"/>
          <w:szCs w:val="32"/>
          <w:rtl/>
        </w:rPr>
        <w:t>مقدم</w:t>
      </w:r>
      <w:r w:rsidRPr="00CE688C">
        <w:rPr>
          <w:b/>
          <w:sz w:val="32"/>
          <w:szCs w:val="28"/>
        </w:rPr>
        <w:t xml:space="preserve"> </w:t>
      </w:r>
      <w:r w:rsidRPr="00CE688C">
        <w:rPr>
          <w:rFonts w:cs="Arial"/>
          <w:b/>
          <w:bCs/>
          <w:sz w:val="32"/>
          <w:szCs w:val="32"/>
          <w:rtl/>
        </w:rPr>
        <w:t>العرض</w:t>
      </w:r>
    </w:p>
    <w:p w:rsidR="003348A9" w:rsidRPr="00CE688C" w:rsidRDefault="00EB702B" w:rsidP="00CE688C">
      <w:pPr>
        <w:bidi/>
        <w:spacing w:after="60" w:line="240" w:lineRule="auto"/>
        <w:rPr>
          <w:sz w:val="24"/>
          <w:szCs w:val="28"/>
        </w:rPr>
      </w:pPr>
      <w:r w:rsidRPr="00CE688C">
        <w:rPr>
          <w:rFonts w:cs="Arial"/>
          <w:sz w:val="22"/>
          <w:rtl/>
        </w:rPr>
        <w:t>أقر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بأن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جميع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البيانات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والمعلومات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والمستندات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المقدمة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صحيحة،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وأوافق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على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خضوع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العرض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للدراسة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والمفاضلة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وفق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المعايير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الموضحة</w:t>
      </w:r>
      <w:r w:rsidRPr="00CE688C">
        <w:rPr>
          <w:sz w:val="22"/>
          <w:szCs w:val="28"/>
        </w:rPr>
        <w:t xml:space="preserve"> </w:t>
      </w:r>
      <w:r w:rsidRPr="00CE688C">
        <w:rPr>
          <w:rFonts w:cs="Arial"/>
          <w:sz w:val="22"/>
          <w:rtl/>
        </w:rPr>
        <w:t>أعلاه</w:t>
      </w:r>
      <w:r w:rsidRPr="00CE688C">
        <w:rPr>
          <w:sz w:val="22"/>
          <w:szCs w:val="28"/>
        </w:rPr>
        <w:t>.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اسم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مقدم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العرض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  <w:bookmarkStart w:id="0" w:name="_GoBack"/>
            <w:bookmarkEnd w:id="0"/>
          </w:p>
        </w:tc>
      </w:tr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الصفة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</w:p>
        </w:tc>
      </w:tr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التوقيع</w:t>
            </w:r>
            <w:r w:rsidRPr="00CE688C">
              <w:rPr>
                <w:b/>
                <w:sz w:val="24"/>
                <w:szCs w:val="28"/>
              </w:rPr>
              <w:t xml:space="preserve"> </w:t>
            </w: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والختم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</w:p>
        </w:tc>
      </w:tr>
      <w:tr w:rsidR="003348A9" w:rsidRPr="00CE688C" w:rsidTr="00CE688C">
        <w:trPr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EB702B" w:rsidP="00CE688C">
            <w:pPr>
              <w:bidi/>
              <w:rPr>
                <w:sz w:val="24"/>
                <w:szCs w:val="28"/>
              </w:rPr>
            </w:pPr>
            <w:r w:rsidRPr="00CE688C">
              <w:rPr>
                <w:rFonts w:cs="Arial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348A9" w:rsidRPr="00CE688C" w:rsidRDefault="003348A9" w:rsidP="00CE688C">
            <w:pPr>
              <w:bidi/>
              <w:rPr>
                <w:sz w:val="24"/>
                <w:szCs w:val="28"/>
              </w:rPr>
            </w:pPr>
          </w:p>
        </w:tc>
      </w:tr>
    </w:tbl>
    <w:p w:rsidR="003348A9" w:rsidRPr="00CE688C" w:rsidRDefault="00EB702B" w:rsidP="00CE688C">
      <w:pPr>
        <w:bidi/>
        <w:spacing w:before="80" w:after="60"/>
        <w:rPr>
          <w:sz w:val="24"/>
          <w:szCs w:val="28"/>
        </w:rPr>
      </w:pPr>
      <w:r w:rsidRPr="00CE688C">
        <w:rPr>
          <w:rFonts w:cs="Arial"/>
          <w:b/>
          <w:bCs/>
          <w:sz w:val="32"/>
          <w:szCs w:val="32"/>
          <w:rtl/>
        </w:rPr>
        <w:t>تقديم</w:t>
      </w:r>
      <w:r w:rsidRPr="00CE688C">
        <w:rPr>
          <w:b/>
          <w:sz w:val="32"/>
          <w:szCs w:val="28"/>
        </w:rPr>
        <w:t xml:space="preserve"> </w:t>
      </w:r>
      <w:r w:rsidRPr="00CE688C">
        <w:rPr>
          <w:rFonts w:cs="Arial"/>
          <w:b/>
          <w:bCs/>
          <w:sz w:val="32"/>
          <w:szCs w:val="32"/>
          <w:rtl/>
        </w:rPr>
        <w:t>العروض</w:t>
      </w:r>
    </w:p>
    <w:p w:rsidR="003348A9" w:rsidRPr="00CE688C" w:rsidRDefault="00EB702B" w:rsidP="00CE688C">
      <w:pPr>
        <w:bidi/>
        <w:spacing w:after="60"/>
        <w:rPr>
          <w:sz w:val="24"/>
          <w:szCs w:val="28"/>
        </w:rPr>
      </w:pPr>
      <w:r w:rsidRPr="00CE688C">
        <w:rPr>
          <w:rFonts w:cs="Arial"/>
          <w:b/>
          <w:bCs/>
          <w:sz w:val="28"/>
          <w:szCs w:val="28"/>
          <w:rtl/>
        </w:rPr>
        <w:t>آخر</w:t>
      </w:r>
      <w:r w:rsidRPr="00CE688C">
        <w:rPr>
          <w:b/>
          <w:sz w:val="28"/>
          <w:szCs w:val="28"/>
        </w:rPr>
        <w:t xml:space="preserve"> </w:t>
      </w:r>
      <w:r w:rsidRPr="00CE688C">
        <w:rPr>
          <w:rFonts w:cs="Arial"/>
          <w:b/>
          <w:bCs/>
          <w:sz w:val="28"/>
          <w:szCs w:val="28"/>
          <w:rtl/>
        </w:rPr>
        <w:t>موعد</w:t>
      </w:r>
      <w:r w:rsidRPr="00CE688C">
        <w:rPr>
          <w:b/>
          <w:sz w:val="28"/>
          <w:szCs w:val="28"/>
        </w:rPr>
        <w:t xml:space="preserve"> </w:t>
      </w:r>
      <w:r w:rsidRPr="00CE688C">
        <w:rPr>
          <w:rFonts w:cs="Arial"/>
          <w:b/>
          <w:bCs/>
          <w:sz w:val="28"/>
          <w:szCs w:val="28"/>
          <w:rtl/>
        </w:rPr>
        <w:t>لاستلام</w:t>
      </w:r>
      <w:r w:rsidRPr="00CE688C">
        <w:rPr>
          <w:b/>
          <w:sz w:val="28"/>
          <w:szCs w:val="28"/>
        </w:rPr>
        <w:t xml:space="preserve"> </w:t>
      </w:r>
      <w:r w:rsidRPr="00CE688C">
        <w:rPr>
          <w:rFonts w:cs="Arial"/>
          <w:b/>
          <w:bCs/>
          <w:sz w:val="28"/>
          <w:szCs w:val="28"/>
          <w:rtl/>
        </w:rPr>
        <w:t>العروض</w:t>
      </w:r>
      <w:r w:rsidR="00CE688C" w:rsidRPr="00CE688C">
        <w:rPr>
          <w:rFonts w:cs="Arial" w:hint="cs"/>
          <w:b/>
          <w:bCs/>
          <w:sz w:val="28"/>
          <w:szCs w:val="28"/>
          <w:rtl/>
        </w:rPr>
        <w:t xml:space="preserve"> </w:t>
      </w:r>
      <w:r w:rsidRPr="00CE688C">
        <w:rPr>
          <w:b/>
          <w:sz w:val="28"/>
          <w:szCs w:val="28"/>
        </w:rPr>
        <w:t xml:space="preserve"> 15 / 10 / 2026</w:t>
      </w:r>
    </w:p>
    <w:p w:rsidR="003348A9" w:rsidRPr="00CE688C" w:rsidRDefault="00EB702B" w:rsidP="00CE688C">
      <w:pPr>
        <w:bidi/>
        <w:spacing w:after="40"/>
        <w:rPr>
          <w:sz w:val="24"/>
          <w:szCs w:val="28"/>
        </w:rPr>
      </w:pPr>
      <w:r w:rsidRPr="00CE688C">
        <w:rPr>
          <w:rFonts w:cs="Arial"/>
          <w:sz w:val="24"/>
          <w:szCs w:val="24"/>
          <w:rtl/>
        </w:rPr>
        <w:t>ترسل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الاستمارة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مكتملة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مع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جميع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المرفقات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المطلوبة</w:t>
      </w:r>
      <w:r w:rsidRPr="00CE688C">
        <w:rPr>
          <w:sz w:val="24"/>
          <w:szCs w:val="28"/>
        </w:rPr>
        <w:t xml:space="preserve"> </w:t>
      </w:r>
      <w:r w:rsidRPr="00CE688C">
        <w:rPr>
          <w:rFonts w:cs="Arial"/>
          <w:sz w:val="24"/>
          <w:szCs w:val="24"/>
          <w:rtl/>
        </w:rPr>
        <w:t>إلى</w:t>
      </w:r>
      <w:r w:rsidR="00CE688C" w:rsidRPr="00CE688C">
        <w:rPr>
          <w:rFonts w:cs="Arial" w:hint="cs"/>
          <w:sz w:val="24"/>
          <w:szCs w:val="24"/>
          <w:rtl/>
        </w:rPr>
        <w:t xml:space="preserve">  </w:t>
      </w:r>
      <w:r w:rsidRPr="00CE688C">
        <w:rPr>
          <w:sz w:val="24"/>
          <w:szCs w:val="28"/>
        </w:rPr>
        <w:t xml:space="preserve"> salalahcharity@gmail.com</w:t>
      </w:r>
    </w:p>
    <w:sectPr w:rsidR="003348A9" w:rsidRPr="00CE688C" w:rsidSect="00034616">
      <w:headerReference w:type="default" r:id="rId8"/>
      <w:footerReference w:type="default" r:id="rId9"/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02B" w:rsidRDefault="00EB702B">
      <w:pPr>
        <w:spacing w:after="0" w:line="240" w:lineRule="auto"/>
      </w:pPr>
      <w:r>
        <w:separator/>
      </w:r>
    </w:p>
  </w:endnote>
  <w:endnote w:type="continuationSeparator" w:id="0">
    <w:p w:rsidR="00EB702B" w:rsidRDefault="00EB7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8A9" w:rsidRDefault="00EB702B">
    <w:pPr>
      <w:pStyle w:val="Footer"/>
      <w:bidi/>
      <w:jc w:val="right"/>
    </w:pPr>
    <w:r>
      <w:rPr>
        <w:rFonts w:cs="Arial"/>
        <w:sz w:val="16"/>
        <w:szCs w:val="16"/>
        <w:rtl/>
      </w:rPr>
      <w:t>استمارة</w:t>
    </w:r>
    <w:r>
      <w:rPr>
        <w:sz w:val="16"/>
      </w:rPr>
      <w:t xml:space="preserve"> </w:t>
    </w:r>
    <w:r>
      <w:rPr>
        <w:rFonts w:cs="Arial"/>
        <w:sz w:val="16"/>
        <w:szCs w:val="16"/>
        <w:rtl/>
      </w:rPr>
      <w:t>تقديم</w:t>
    </w:r>
    <w:r>
      <w:rPr>
        <w:sz w:val="16"/>
      </w:rPr>
      <w:t xml:space="preserve"> </w:t>
    </w:r>
    <w:r>
      <w:rPr>
        <w:rFonts w:cs="Arial"/>
        <w:sz w:val="16"/>
        <w:szCs w:val="16"/>
        <w:rtl/>
      </w:rPr>
      <w:t>عرض</w:t>
    </w:r>
    <w:r>
      <w:rPr>
        <w:sz w:val="16"/>
      </w:rPr>
      <w:t xml:space="preserve"> </w:t>
    </w:r>
    <w:r>
      <w:rPr>
        <w:rFonts w:cs="Arial"/>
        <w:sz w:val="16"/>
        <w:szCs w:val="16"/>
        <w:rtl/>
      </w:rPr>
      <w:t>استثماري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02B" w:rsidRDefault="00EB702B">
      <w:pPr>
        <w:spacing w:after="0" w:line="240" w:lineRule="auto"/>
      </w:pPr>
      <w:r>
        <w:separator/>
      </w:r>
    </w:p>
  </w:footnote>
  <w:footnote w:type="continuationSeparator" w:id="0">
    <w:p w:rsidR="00EB702B" w:rsidRDefault="00EB7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88C" w:rsidRDefault="00CE688C" w:rsidP="00CE688C">
    <w:pPr>
      <w:pStyle w:val="Header"/>
      <w:jc w:val="center"/>
    </w:pPr>
    <w:r>
      <w:rPr>
        <w:noProof/>
      </w:rPr>
      <w:drawing>
        <wp:inline distT="0" distB="0" distL="0" distR="0">
          <wp:extent cx="800100" cy="72535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-logo-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837" cy="731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48A9"/>
    <w:rsid w:val="00AA1D8D"/>
    <w:rsid w:val="00B47730"/>
    <w:rsid w:val="00C7510B"/>
    <w:rsid w:val="00CB0664"/>
    <w:rsid w:val="00CE688C"/>
    <w:rsid w:val="00EB70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B83ABF"/>
  <w14:defaultImageDpi w14:val="300"/>
  <w15:docId w15:val="{BA3995E7-19F4-4A85-ABE5-3B9269AE6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D8E61B-D1C5-45B3-80AF-55C6FFF04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96897111181</cp:lastModifiedBy>
  <cp:revision>2</cp:revision>
  <dcterms:created xsi:type="dcterms:W3CDTF">2026-10-06T06:01:00Z</dcterms:created>
  <dcterms:modified xsi:type="dcterms:W3CDTF">2026-10-06T06:01:00Z</dcterms:modified>
  <cp:category/>
</cp:coreProperties>
</file>